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5350"/>
        <w:gridCol w:w="5450"/>
      </w:tblGrid>
      <w:tr w:rsidR="00305880" w14:paraId="0DA264CF" w14:textId="77777777" w:rsidTr="00A455D3">
        <w:tc>
          <w:tcPr>
            <w:tcW w:w="5350" w:type="dxa"/>
            <w:shd w:val="clear" w:color="auto" w:fill="1A1814"/>
            <w:tcMar>
              <w:top w:w="120" w:type="dxa"/>
              <w:left w:w="160" w:type="dxa"/>
              <w:bottom w:w="120" w:type="dxa"/>
              <w:right w:w="120" w:type="dxa"/>
            </w:tcMar>
            <w:vAlign w:val="center"/>
          </w:tcPr>
          <w:p w14:paraId="499A6530" w14:textId="77777777" w:rsidR="00305880" w:rsidRDefault="0004417D">
            <w:pPr>
              <w:spacing w:after="40"/>
            </w:pPr>
            <w:r>
              <w:rPr>
                <w:rFonts w:ascii="Georgia" w:hAnsi="Georgia"/>
                <w:color w:val="FDFBF7"/>
                <w:sz w:val="76"/>
              </w:rPr>
              <w:t>LIOHER</w:t>
            </w:r>
          </w:p>
          <w:p w14:paraId="4328BA7A" w14:textId="77777777" w:rsidR="00305880" w:rsidRDefault="0004417D">
            <w:pPr>
              <w:spacing w:after="0"/>
            </w:pPr>
            <w:r>
              <w:rPr>
                <w:rFonts w:ascii="Arial" w:hAnsi="Arial"/>
                <w:color w:val="C4A96A"/>
                <w:sz w:val="14"/>
              </w:rPr>
              <w:t xml:space="preserve">FULL SHEET </w:t>
            </w:r>
            <w:proofErr w:type="gramStart"/>
            <w:r>
              <w:rPr>
                <w:rFonts w:ascii="Arial" w:hAnsi="Arial"/>
                <w:color w:val="C4A96A"/>
                <w:sz w:val="14"/>
              </w:rPr>
              <w:t>PANELS  ·</w:t>
            </w:r>
            <w:proofErr w:type="gramEnd"/>
            <w:r>
              <w:rPr>
                <w:rFonts w:ascii="Arial" w:hAnsi="Arial"/>
                <w:color w:val="C4A96A"/>
                <w:sz w:val="14"/>
              </w:rPr>
              <w:t xml:space="preserve">  EDGE BANDING  ·  </w:t>
            </w:r>
            <w:r>
              <w:rPr>
                <w:rFonts w:ascii="Arial" w:hAnsi="Arial"/>
                <w:color w:val="C4A96A"/>
                <w:sz w:val="14"/>
              </w:rPr>
              <w:t>DIY PROJECT MATERIALS</w:t>
            </w:r>
          </w:p>
        </w:tc>
        <w:tc>
          <w:tcPr>
            <w:tcW w:w="5450" w:type="dxa"/>
            <w:shd w:val="clear" w:color="auto" w:fill="1A1814"/>
            <w:tcMar>
              <w:top w:w="120" w:type="dxa"/>
              <w:left w:w="160" w:type="dxa"/>
              <w:bottom w:w="120" w:type="dxa"/>
              <w:right w:w="120" w:type="dxa"/>
            </w:tcMar>
            <w:vAlign w:val="bottom"/>
          </w:tcPr>
          <w:p w14:paraId="0C86C492" w14:textId="77777777" w:rsidR="00305880" w:rsidRDefault="0004417D">
            <w:pPr>
              <w:spacing w:after="30"/>
              <w:jc w:val="right"/>
            </w:pPr>
            <w:r>
              <w:rPr>
                <w:rFonts w:ascii="Georgia" w:hAnsi="Georgia"/>
                <w:i/>
                <w:color w:val="E8E0D0"/>
              </w:rPr>
              <w:t>Premium surface panels &amp; matching edge banding</w:t>
            </w:r>
          </w:p>
          <w:p w14:paraId="292FDE3F" w14:textId="77777777" w:rsidR="00305880" w:rsidRDefault="0004417D">
            <w:pPr>
              <w:spacing w:after="30"/>
              <w:jc w:val="right"/>
            </w:pPr>
            <w:r>
              <w:rPr>
                <w:rFonts w:ascii="Georgia" w:hAnsi="Georgia"/>
                <w:i/>
                <w:color w:val="E8E0D0"/>
              </w:rPr>
              <w:t>for your DIY project.</w:t>
            </w:r>
          </w:p>
          <w:p w14:paraId="2C6DDC1F" w14:textId="398772B5" w:rsidR="00305880" w:rsidRDefault="001533D0">
            <w:pPr>
              <w:spacing w:after="0"/>
              <w:jc w:val="right"/>
            </w:pPr>
            <w:r>
              <w:rPr>
                <w:rFonts w:ascii="Arial" w:hAnsi="Arial"/>
                <w:color w:val="C4A96A"/>
                <w:sz w:val="15"/>
              </w:rPr>
              <w:t xml:space="preserve">3 </w:t>
            </w:r>
            <w:proofErr w:type="gramStart"/>
            <w:r>
              <w:rPr>
                <w:rFonts w:ascii="Arial" w:hAnsi="Arial"/>
                <w:color w:val="C4A96A"/>
                <w:sz w:val="15"/>
              </w:rPr>
              <w:t>COLLECTIONS  -</w:t>
            </w:r>
            <w:proofErr w:type="gramEnd"/>
            <w:r>
              <w:rPr>
                <w:rFonts w:ascii="Arial" w:hAnsi="Arial"/>
                <w:color w:val="C4A96A"/>
                <w:sz w:val="15"/>
              </w:rPr>
              <w:t xml:space="preserve">  LUXE  -  ZENIT  -  SYNCRON </w:t>
            </w:r>
          </w:p>
        </w:tc>
      </w:tr>
    </w:tbl>
    <w:p w14:paraId="7081B222" w14:textId="5FBB974D" w:rsidR="00305880" w:rsidRDefault="00C5201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C8DC3" wp14:editId="1FDFE716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2724150" cy="5048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FBC8C" w14:textId="77777777" w:rsidR="00EA5A48" w:rsidRPr="001533D0" w:rsidRDefault="00EA5A48" w:rsidP="00EA5A48">
                            <w:pPr>
                              <w:spacing w:before="60" w:after="40"/>
                              <w:rPr>
                                <w:color w:val="262626" w:themeColor="text1" w:themeTint="D9"/>
                              </w:rPr>
                            </w:pPr>
                            <w:proofErr w:type="gramStart"/>
                            <w:r w:rsidRPr="001533D0">
                              <w:rPr>
                                <w:rFonts w:ascii="Georgia" w:hAnsi="Georgia"/>
                                <w:color w:val="262626" w:themeColor="text1" w:themeTint="D9"/>
                                <w:sz w:val="44"/>
                              </w:rPr>
                              <w:t>LUXE</w:t>
                            </w:r>
                            <w:r w:rsidRPr="001533D0">
                              <w:rPr>
                                <w:rFonts w:ascii="Arial" w:hAnsi="Arial"/>
                                <w:color w:val="262626" w:themeColor="text1" w:themeTint="D9"/>
                              </w:rPr>
                              <w:t xml:space="preserve">  ·</w:t>
                            </w:r>
                            <w:proofErr w:type="gramEnd"/>
                            <w:r w:rsidRPr="001533D0">
                              <w:rPr>
                                <w:rFonts w:ascii="Arial" w:hAnsi="Arial"/>
                                <w:color w:val="262626" w:themeColor="text1" w:themeTint="D9"/>
                              </w:rPr>
                              <w:t xml:space="preserve">  </w:t>
                            </w:r>
                            <w:r w:rsidRPr="001533D0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</w:rPr>
                              <w:t>HIGH GLOSS  ·  MIRROR FINISH</w:t>
                            </w:r>
                          </w:p>
                          <w:p w14:paraId="78D74119" w14:textId="77777777" w:rsidR="00EA5A48" w:rsidRDefault="00EA5A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C8DC3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0;margin-top:31.55pt;width:214.5pt;height:39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9XGgIAADMEAAAOAAAAZHJzL2Uyb0RvYy54bWysU01v2zAMvQ/YfxB0X5x4SdM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" filled="f" stroked="f" strokeweight=".5pt">
                <v:textbox>
                  <w:txbxContent>
                    <w:p w14:paraId="420FBC8C" w14:textId="77777777" w:rsidR="00EA5A48" w:rsidRPr="001533D0" w:rsidRDefault="00EA5A48" w:rsidP="00EA5A48">
                      <w:pPr>
                        <w:spacing w:before="60" w:after="40"/>
                        <w:rPr>
                          <w:color w:val="262626" w:themeColor="text1" w:themeTint="D9"/>
                        </w:rPr>
                      </w:pPr>
                      <w:proofErr w:type="gramStart"/>
                      <w:r w:rsidRPr="001533D0">
                        <w:rPr>
                          <w:rFonts w:ascii="Georgia" w:hAnsi="Georgia"/>
                          <w:color w:val="262626" w:themeColor="text1" w:themeTint="D9"/>
                          <w:sz w:val="44"/>
                        </w:rPr>
                        <w:t>LUXE</w:t>
                      </w:r>
                      <w:r w:rsidRPr="001533D0">
                        <w:rPr>
                          <w:rFonts w:ascii="Arial" w:hAnsi="Arial"/>
                          <w:color w:val="262626" w:themeColor="text1" w:themeTint="D9"/>
                        </w:rPr>
                        <w:t xml:space="preserve">  ·</w:t>
                      </w:r>
                      <w:proofErr w:type="gramEnd"/>
                      <w:r w:rsidRPr="001533D0">
                        <w:rPr>
                          <w:rFonts w:ascii="Arial" w:hAnsi="Arial"/>
                          <w:color w:val="262626" w:themeColor="text1" w:themeTint="D9"/>
                        </w:rPr>
                        <w:t xml:space="preserve">  </w:t>
                      </w:r>
                      <w:r w:rsidRPr="001533D0">
                        <w:rPr>
                          <w:rFonts w:ascii="Arial" w:hAnsi="Arial"/>
                          <w:color w:val="262626" w:themeColor="text1" w:themeTint="D9"/>
                          <w:sz w:val="16"/>
                        </w:rPr>
                        <w:t>HIGH GLOSS  ·  MIRROR FINISH</w:t>
                      </w:r>
                    </w:p>
                    <w:p w14:paraId="78D74119" w14:textId="77777777" w:rsidR="00EA5A48" w:rsidRDefault="00EA5A48"/>
                  </w:txbxContent>
                </v:textbox>
                <w10:wrap anchorx="margin"/>
              </v:shape>
            </w:pict>
          </mc:Fallback>
        </mc:AlternateContent>
      </w:r>
      <w:r w:rsidR="00FD3783">
        <w:rPr>
          <w:noProof/>
        </w:rPr>
        <w:drawing>
          <wp:inline distT="0" distB="0" distL="0" distR="0" wp14:anchorId="2AC5056B" wp14:editId="2F4F5191">
            <wp:extent cx="6858000" cy="914400"/>
            <wp:effectExtent l="0" t="0" r="0" b="0"/>
            <wp:docPr id="45" name="Picture 45" descr="A close up of a crystal ball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lose up of a crystal ball&#10;&#10;AI-generated content may be incorrect."/>
                    <pic:cNvPicPr/>
                  </pic:nvPicPr>
                  <pic:blipFill rotWithShape="1">
                    <a:blip r:embed="rId6"/>
                    <a:srcRect t="43651" b="1"/>
                    <a:stretch/>
                  </pic:blipFill>
                  <pic:spPr bwMode="auto">
                    <a:xfrm>
                      <a:off x="0" y="0"/>
                      <a:ext cx="68580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8825E" w14:textId="4049868D" w:rsidR="00305880" w:rsidRDefault="0004417D" w:rsidP="00FD3783">
      <w:pPr>
        <w:spacing w:after="0"/>
      </w:pPr>
      <w:r>
        <w:rPr>
          <w:rFonts w:ascii="Arial" w:hAnsi="Arial"/>
          <w:color w:val="3D3A33"/>
          <w:sz w:val="19"/>
        </w:rPr>
        <w:t xml:space="preserve">The latest generation of lacquered surfaces delivers a mirror-effect high gloss finish with the highest scratch resistance in the industry. Perfect for modern kitchens, vanities, and </w:t>
      </w:r>
      <w:r>
        <w:rPr>
          <w:rFonts w:ascii="Arial" w:hAnsi="Arial"/>
          <w:color w:val="3D3A33"/>
          <w:sz w:val="19"/>
        </w:rPr>
        <w:t>commercial projects that demand a luxurious, reflective surface.</w:t>
      </w:r>
    </w:p>
    <w:p w14:paraId="330E2E5F" w14:textId="5AA636B5" w:rsidR="00305880" w:rsidRDefault="00D55F20">
      <w:pPr>
        <w:pStyle w:val="ListBullet"/>
        <w:spacing w:before="20" w:after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8DB318" wp14:editId="043CDE8F">
                <wp:simplePos x="0" y="0"/>
                <wp:positionH relativeFrom="column">
                  <wp:posOffset>2876550</wp:posOffset>
                </wp:positionH>
                <wp:positionV relativeFrom="paragraph">
                  <wp:posOffset>13335</wp:posOffset>
                </wp:positionV>
                <wp:extent cx="4143375" cy="11906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EEBFC" w14:textId="79C4C7B7" w:rsidR="00D55F20" w:rsidRDefault="0013372B" w:rsidP="00236F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3D0FA" wp14:editId="507143A6">
                                  <wp:extent cx="2176272" cy="1097280"/>
                                  <wp:effectExtent l="0" t="0" r="0" b="7620"/>
                                  <wp:docPr id="18" name="Picture 18" descr="A white rectangular object with text&#10;&#10;AI-generated content may be incorrect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white rectangular object with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272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F20">
                              <w:rPr>
                                <w:noProof/>
                              </w:rPr>
                              <w:drawing>
                                <wp:inline distT="0" distB="0" distL="0" distR="0" wp14:anchorId="5BE5BC5E" wp14:editId="4BEB8EFC">
                                  <wp:extent cx="1682496" cy="1097280"/>
                                  <wp:effectExtent l="0" t="0" r="0" b="7620"/>
                                  <wp:docPr id="17" name="Picture 17" descr="A long white desk with red divid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long white desk with red divid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496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7B42B0" w14:textId="77777777" w:rsidR="0013372B" w:rsidRDefault="0013372B" w:rsidP="0013372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B318" id="Text Box 16" o:spid="_x0000_s1027" type="#_x0000_t202" style="position:absolute;left:0;text-align:left;margin-left:226.5pt;margin-top:1.05pt;width:326.2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" fillcolor="white [3201]" stroked="f" strokeweight=".5pt">
                <v:textbox>
                  <w:txbxContent>
                    <w:p w14:paraId="4D0EEBFC" w14:textId="79C4C7B7" w:rsidR="00D55F20" w:rsidRDefault="0013372B" w:rsidP="00236F62">
                      <w:r>
                        <w:rPr>
                          <w:noProof/>
                        </w:rPr>
                        <w:drawing>
                          <wp:inline distT="0" distB="0" distL="0" distR="0" wp14:anchorId="1073D0FA" wp14:editId="507143A6">
                            <wp:extent cx="2176272" cy="1097280"/>
                            <wp:effectExtent l="0" t="0" r="0" b="7620"/>
                            <wp:docPr id="18" name="Picture 18" descr="A white rectangular object with text&#10;&#10;AI-generated content may be incorrect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white rectangular object with text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272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F20">
                        <w:rPr>
                          <w:noProof/>
                        </w:rPr>
                        <w:drawing>
                          <wp:inline distT="0" distB="0" distL="0" distR="0" wp14:anchorId="5BE5BC5E" wp14:editId="4BEB8EFC">
                            <wp:extent cx="1682496" cy="1097280"/>
                            <wp:effectExtent l="0" t="0" r="0" b="7620"/>
                            <wp:docPr id="17" name="Picture 17" descr="A long white desk with red divid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long white desk with red dividers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2496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7B42B0" w14:textId="77777777" w:rsidR="0013372B" w:rsidRDefault="0013372B" w:rsidP="0013372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4417D">
        <w:t>Available as full sheet panels for DIY builds</w:t>
      </w:r>
    </w:p>
    <w:p w14:paraId="4215B20D" w14:textId="1D74C96A" w:rsidR="00305880" w:rsidRDefault="0004417D">
      <w:pPr>
        <w:pStyle w:val="ListBullet"/>
        <w:spacing w:before="20" w:after="20"/>
      </w:pPr>
      <w:r>
        <w:t>Solid colors, wood grains, metallics &amp; stone designs</w:t>
      </w:r>
    </w:p>
    <w:p w14:paraId="555C77C2" w14:textId="77777777" w:rsidR="00305880" w:rsidRDefault="0004417D">
      <w:pPr>
        <w:pStyle w:val="ListBullet"/>
        <w:spacing w:before="20" w:after="20"/>
      </w:pPr>
      <w:r>
        <w:t>Kitchen, bath, commercial &amp; residential use</w:t>
      </w:r>
    </w:p>
    <w:p w14:paraId="576B41EA" w14:textId="2068C10D" w:rsidR="00305880" w:rsidRDefault="00E05C99">
      <w:pPr>
        <w:pStyle w:val="ListBullet"/>
        <w:spacing w:before="20" w:after="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B80435" wp14:editId="2B35EE74">
                <wp:simplePos x="0" y="0"/>
                <wp:positionH relativeFrom="margin">
                  <wp:align>left</wp:align>
                </wp:positionH>
                <wp:positionV relativeFrom="paragraph">
                  <wp:posOffset>475615</wp:posOffset>
                </wp:positionV>
                <wp:extent cx="6877050" cy="186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FEA7" w14:textId="08BFF39B" w:rsidR="0013372B" w:rsidRDefault="0013372B" w:rsidP="0013372B">
                            <w:pPr>
                              <w:spacing w:before="40" w:after="60"/>
                            </w:pPr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Sample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Finishes  </w:t>
                            </w:r>
                            <w:bookmarkStart w:id="0" w:name="_Hlk226111526"/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(</w:t>
                            </w:r>
                            <w:proofErr w:type="gramEnd"/>
                            <w:r w:rsidR="003131B9"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Several more colors</w:t>
                            </w:r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 available — ask our team for </w:t>
                            </w:r>
                            <w:r w:rsidR="003131B9"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free</w:t>
                            </w:r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 sample</w:t>
                            </w:r>
                            <w:r w:rsidR="003131B9"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)</w:t>
                            </w:r>
                            <w:bookmarkEnd w:id="0"/>
                          </w:p>
                          <w:p w14:paraId="00E6FA76" w14:textId="08A2BA34" w:rsidR="00D55F20" w:rsidRDefault="00D55F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14FF8" wp14:editId="6C332C59">
                                  <wp:extent cx="3813048" cy="1554480"/>
                                  <wp:effectExtent l="0" t="0" r="0" b="7620"/>
                                  <wp:docPr id="15" name="Picture 15" descr="A collection of wood plank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collection of wood plank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3048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6BF5">
                              <w:t xml:space="preserve">   </w:t>
                            </w:r>
                            <w:r w:rsidR="004C6BF5">
                              <w:rPr>
                                <w:noProof/>
                              </w:rPr>
                              <w:drawing>
                                <wp:inline distT="0" distB="0" distL="0" distR="0" wp14:anchorId="33A07481" wp14:editId="02393850">
                                  <wp:extent cx="2267712" cy="1554480"/>
                                  <wp:effectExtent l="0" t="0" r="0" b="7620"/>
                                  <wp:docPr id="19" name="Picture 19" descr="A group of different colors of mar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group of different colors of marb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712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18635" w14:textId="77777777" w:rsidR="0013372B" w:rsidRDefault="001337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0435" id="Text Box 2" o:spid="_x0000_s1028" type="#_x0000_t202" style="position:absolute;left:0;text-align:left;margin-left:0;margin-top:37.45pt;width:541.5pt;height:14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" filled="f" stroked="f">
                <v:textbox>
                  <w:txbxContent>
                    <w:p w14:paraId="43C8FEA7" w14:textId="08BFF39B" w:rsidR="0013372B" w:rsidRDefault="0013372B" w:rsidP="0013372B">
                      <w:pPr>
                        <w:spacing w:before="40" w:after="60"/>
                      </w:pPr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Sample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Finishes  </w:t>
                      </w:r>
                      <w:bookmarkStart w:id="1" w:name="_Hlk226111526"/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(</w:t>
                      </w:r>
                      <w:proofErr w:type="gramEnd"/>
                      <w:r w:rsidR="003131B9"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Several more colors</w:t>
                      </w:r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 available — ask our team for </w:t>
                      </w:r>
                      <w:r w:rsidR="003131B9"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free</w:t>
                      </w:r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 sample</w:t>
                      </w:r>
                      <w:r w:rsidR="003131B9"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)</w:t>
                      </w:r>
                      <w:bookmarkEnd w:id="1"/>
                    </w:p>
                    <w:p w14:paraId="00E6FA76" w14:textId="08A2BA34" w:rsidR="00D55F20" w:rsidRDefault="00D55F20">
                      <w:r>
                        <w:rPr>
                          <w:noProof/>
                        </w:rPr>
                        <w:drawing>
                          <wp:inline distT="0" distB="0" distL="0" distR="0" wp14:anchorId="2A914FF8" wp14:editId="6C332C59">
                            <wp:extent cx="3813048" cy="1554480"/>
                            <wp:effectExtent l="0" t="0" r="0" b="7620"/>
                            <wp:docPr id="15" name="Picture 15" descr="A collection of wood plank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collection of wood planks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3048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6BF5">
                        <w:t xml:space="preserve">   </w:t>
                      </w:r>
                      <w:r w:rsidR="004C6BF5">
                        <w:rPr>
                          <w:noProof/>
                        </w:rPr>
                        <w:drawing>
                          <wp:inline distT="0" distB="0" distL="0" distR="0" wp14:anchorId="33A07481" wp14:editId="02393850">
                            <wp:extent cx="2267712" cy="1554480"/>
                            <wp:effectExtent l="0" t="0" r="0" b="7620"/>
                            <wp:docPr id="19" name="Picture 19" descr="A group of different colors of mar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group of different colors of marble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712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18635" w14:textId="77777777" w:rsidR="0013372B" w:rsidRDefault="0013372B"/>
                  </w:txbxContent>
                </v:textbox>
                <w10:wrap type="square" anchorx="margin"/>
              </v:shape>
            </w:pict>
          </mc:Fallback>
        </mc:AlternateContent>
      </w:r>
      <w:r w:rsidR="0004417D">
        <w:t xml:space="preserve">Matching high gloss edge banding </w:t>
      </w:r>
      <w:r w:rsidR="003131B9">
        <w:t>available</w:t>
      </w:r>
    </w:p>
    <w:p w14:paraId="6C35920B" w14:textId="31E3085D" w:rsidR="00D55F20" w:rsidRDefault="00A2115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12CA02" wp14:editId="7C4525E2">
                <wp:simplePos x="0" y="0"/>
                <wp:positionH relativeFrom="column">
                  <wp:posOffset>9525</wp:posOffset>
                </wp:positionH>
                <wp:positionV relativeFrom="paragraph">
                  <wp:posOffset>2659380</wp:posOffset>
                </wp:positionV>
                <wp:extent cx="2876550" cy="4381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6CD8B" w14:textId="77777777" w:rsidR="00EA5A48" w:rsidRDefault="00EA5A48" w:rsidP="00EA5A48">
                            <w:pPr>
                              <w:spacing w:before="60" w:after="40"/>
                            </w:pPr>
                            <w:proofErr w:type="gramStart"/>
                            <w:r w:rsidRPr="00A21152">
                              <w:rPr>
                                <w:rFonts w:ascii="Georgia" w:hAnsi="Georgia"/>
                                <w:color w:val="FFFFFF" w:themeColor="background1"/>
                                <w:sz w:val="44"/>
                              </w:rPr>
                              <w:t>ZÉNIT</w:t>
                            </w:r>
                            <w:r w:rsidRPr="00A21152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C7B5E"/>
                              </w:rPr>
                              <w:t xml:space="preserve"> </w:t>
                            </w:r>
                            <w:r w:rsidRPr="001533D0">
                              <w:rPr>
                                <w:rFonts w:ascii="Arial" w:hAnsi="Arial"/>
                                <w:color w:val="EAF1DD" w:themeColor="accent3" w:themeTint="33"/>
                              </w:rPr>
                              <w:t>·</w:t>
                            </w:r>
                            <w:proofErr w:type="gramEnd"/>
                            <w:r w:rsidRPr="001533D0">
                              <w:rPr>
                                <w:rFonts w:ascii="Arial" w:hAnsi="Arial"/>
                                <w:color w:val="EAF1DD" w:themeColor="accent3" w:themeTint="33"/>
                              </w:rPr>
                              <w:t xml:space="preserve">  </w:t>
                            </w:r>
                            <w:r w:rsidRPr="001533D0">
                              <w:rPr>
                                <w:rFonts w:ascii="Arial" w:hAnsi="Arial"/>
                                <w:color w:val="EAF1DD" w:themeColor="accent3" w:themeTint="33"/>
                                <w:sz w:val="16"/>
                              </w:rPr>
                              <w:t>SUPER MATT  ·  SILKY TOUCH</w:t>
                            </w:r>
                          </w:p>
                          <w:p w14:paraId="744B0503" w14:textId="46E48114" w:rsidR="00EA5A48" w:rsidRDefault="00EA5A48" w:rsidP="00EA5A48">
                            <w:pPr>
                              <w:spacing w:before="60" w:after="40"/>
                            </w:pPr>
                          </w:p>
                          <w:p w14:paraId="7D0C2BA3" w14:textId="77777777" w:rsidR="00EA5A48" w:rsidRDefault="00EA5A48" w:rsidP="00EA5A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2CA02" id="Text Box 41" o:spid="_x0000_s1029" type="#_x0000_t202" style="position:absolute;margin-left:.75pt;margin-top:209.4pt;width:226.5pt;height:3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" filled="f" stroked="f" strokeweight=".5pt">
                <v:textbox>
                  <w:txbxContent>
                    <w:p w14:paraId="4EB6CD8B" w14:textId="77777777" w:rsidR="00EA5A48" w:rsidRDefault="00EA5A48" w:rsidP="00EA5A48">
                      <w:pPr>
                        <w:spacing w:before="60" w:after="40"/>
                      </w:pPr>
                      <w:proofErr w:type="gramStart"/>
                      <w:r w:rsidRPr="00A21152">
                        <w:rPr>
                          <w:rFonts w:ascii="Georgia" w:hAnsi="Georgia"/>
                          <w:color w:val="FFFFFF" w:themeColor="background1"/>
                          <w:sz w:val="44"/>
                        </w:rPr>
                        <w:t>ZÉNIT</w:t>
                      </w:r>
                      <w:r w:rsidRPr="00A21152">
                        <w:rPr>
                          <w:rFonts w:ascii="Arial" w:hAnsi="Aria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C7B5E"/>
                        </w:rPr>
                        <w:t xml:space="preserve"> </w:t>
                      </w:r>
                      <w:r w:rsidRPr="001533D0">
                        <w:rPr>
                          <w:rFonts w:ascii="Arial" w:hAnsi="Arial"/>
                          <w:color w:val="EAF1DD" w:themeColor="accent3" w:themeTint="33"/>
                        </w:rPr>
                        <w:t>·</w:t>
                      </w:r>
                      <w:proofErr w:type="gramEnd"/>
                      <w:r w:rsidRPr="001533D0">
                        <w:rPr>
                          <w:rFonts w:ascii="Arial" w:hAnsi="Arial"/>
                          <w:color w:val="EAF1DD" w:themeColor="accent3" w:themeTint="33"/>
                        </w:rPr>
                        <w:t xml:space="preserve">  </w:t>
                      </w:r>
                      <w:r w:rsidRPr="001533D0">
                        <w:rPr>
                          <w:rFonts w:ascii="Arial" w:hAnsi="Arial"/>
                          <w:color w:val="EAF1DD" w:themeColor="accent3" w:themeTint="33"/>
                          <w:sz w:val="16"/>
                        </w:rPr>
                        <w:t>SUPER MATT  ·  SILKY TOUCH</w:t>
                      </w:r>
                    </w:p>
                    <w:p w14:paraId="744B0503" w14:textId="46E48114" w:rsidR="00EA5A48" w:rsidRDefault="00EA5A48" w:rsidP="00EA5A48">
                      <w:pPr>
                        <w:spacing w:before="60" w:after="40"/>
                      </w:pPr>
                    </w:p>
                    <w:p w14:paraId="7D0C2BA3" w14:textId="77777777" w:rsidR="00EA5A48" w:rsidRDefault="00EA5A48" w:rsidP="00EA5A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676F0F" wp14:editId="1106F289">
            <wp:extent cx="6858000" cy="914400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11"/>
                    <a:srcRect t="45398"/>
                    <a:stretch/>
                  </pic:blipFill>
                  <pic:spPr bwMode="auto">
                    <a:xfrm>
                      <a:off x="0" y="0"/>
                      <a:ext cx="68580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E7EA7" w14:textId="651240EA" w:rsidR="00305880" w:rsidRDefault="0004417D">
      <w:pPr>
        <w:spacing w:after="50"/>
      </w:pPr>
      <w:r>
        <w:rPr>
          <w:rFonts w:ascii="Arial" w:hAnsi="Arial"/>
          <w:color w:val="3D3A33"/>
          <w:sz w:val="19"/>
        </w:rPr>
        <w:t xml:space="preserve">A deep </w:t>
      </w:r>
      <w:proofErr w:type="spellStart"/>
      <w:r>
        <w:rPr>
          <w:rFonts w:ascii="Arial" w:hAnsi="Arial"/>
          <w:color w:val="3D3A33"/>
          <w:sz w:val="19"/>
        </w:rPr>
        <w:t>supermatt</w:t>
      </w:r>
      <w:proofErr w:type="spellEnd"/>
      <w:r>
        <w:rPr>
          <w:rFonts w:ascii="Arial" w:hAnsi="Arial"/>
          <w:color w:val="3D3A33"/>
          <w:sz w:val="19"/>
        </w:rPr>
        <w:t xml:space="preserve"> surface with a silky feel and extraordinary abrasion resistance. Available in solid colors with or without metallic particles, plus elegant marble and stone designs — ideal for contemporary matte kitchens and custom furniture.</w:t>
      </w:r>
    </w:p>
    <w:p w14:paraId="5A5D9007" w14:textId="397E7FA4" w:rsidR="00305880" w:rsidRDefault="004C6BF5">
      <w:pPr>
        <w:pStyle w:val="ListBullet"/>
        <w:spacing w:before="20" w:after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4D98704F" wp14:editId="4B7AF2C5">
                <wp:simplePos x="0" y="0"/>
                <wp:positionH relativeFrom="page">
                  <wp:posOffset>3500438</wp:posOffset>
                </wp:positionH>
                <wp:positionV relativeFrom="paragraph">
                  <wp:posOffset>19685</wp:posOffset>
                </wp:positionV>
                <wp:extent cx="4224020" cy="1209675"/>
                <wp:effectExtent l="0" t="0" r="508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FC17B" w14:textId="08036C27" w:rsidR="004C6BF5" w:rsidRDefault="004C6BF5" w:rsidP="000D53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AEFE8" wp14:editId="549C6B39">
                                  <wp:extent cx="2121408" cy="1097280"/>
                                  <wp:effectExtent l="0" t="0" r="0" b="7620"/>
                                  <wp:docPr id="21" name="Picture 21" descr="A white rectangular object with text&#10;&#10;AI-generated content may be incorrect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white rectangular object with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408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1A27">
                              <w:rPr>
                                <w:noProof/>
                              </w:rPr>
                              <w:drawing>
                                <wp:inline distT="0" distB="0" distL="0" distR="0" wp14:anchorId="0658D057" wp14:editId="408918D5">
                                  <wp:extent cx="1562100" cy="1042035"/>
                                  <wp:effectExtent l="0" t="0" r="0" b="5715"/>
                                  <wp:docPr id="23" name="Picture 23" descr="A kitchen with a counter top and a wine fridg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kitchen with a counter top and a wine fridg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5703" r="92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671" cy="1042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E6BD1" w14:textId="77777777" w:rsidR="004C6BF5" w:rsidRDefault="004C6BF5" w:rsidP="004C6BF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704F" id="Text Box 20" o:spid="_x0000_s1030" type="#_x0000_t202" style="position:absolute;left:0;text-align:left;margin-left:275.65pt;margin-top:1.55pt;width:332.6pt;height:95.25pt;z-index:25165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" fillcolor="window" stroked="f" strokeweight=".5pt">
                <v:textbox>
                  <w:txbxContent>
                    <w:p w14:paraId="663FC17B" w14:textId="08036C27" w:rsidR="004C6BF5" w:rsidRDefault="004C6BF5" w:rsidP="000D532A">
                      <w:r>
                        <w:rPr>
                          <w:noProof/>
                        </w:rPr>
                        <w:drawing>
                          <wp:inline distT="0" distB="0" distL="0" distR="0" wp14:anchorId="040AEFE8" wp14:editId="549C6B39">
                            <wp:extent cx="2121408" cy="1097280"/>
                            <wp:effectExtent l="0" t="0" r="0" b="7620"/>
                            <wp:docPr id="21" name="Picture 21" descr="A white rectangular object with text&#10;&#10;AI-generated content may be incorrect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white rectangular object with text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408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1A27">
                        <w:rPr>
                          <w:noProof/>
                        </w:rPr>
                        <w:drawing>
                          <wp:inline distT="0" distB="0" distL="0" distR="0" wp14:anchorId="0658D057" wp14:editId="408918D5">
                            <wp:extent cx="1562100" cy="1042035"/>
                            <wp:effectExtent l="0" t="0" r="0" b="5715"/>
                            <wp:docPr id="23" name="Picture 23" descr="A kitchen with a counter top and a wine fridg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kitchen with a counter top and a wine fridge&#10;&#10;AI-generated content may be incorrect.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5703" r="92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2671" cy="10424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E6BD1" w14:textId="77777777" w:rsidR="004C6BF5" w:rsidRDefault="004C6BF5" w:rsidP="004C6BF5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417D">
        <w:t>Available as full sheet panels for DIY builds</w:t>
      </w:r>
    </w:p>
    <w:p w14:paraId="526B41B2" w14:textId="2B3AA164" w:rsidR="00305880" w:rsidRDefault="0004417D">
      <w:pPr>
        <w:pStyle w:val="ListBullet"/>
        <w:spacing w:before="20" w:after="20"/>
      </w:pPr>
      <w:r>
        <w:t>Solid &amp; metallic particle colors</w:t>
      </w:r>
    </w:p>
    <w:p w14:paraId="77C42BBE" w14:textId="66BA24D3" w:rsidR="00305880" w:rsidRDefault="0004417D">
      <w:pPr>
        <w:pStyle w:val="ListBullet"/>
        <w:spacing w:before="20" w:after="20"/>
      </w:pPr>
      <w:r>
        <w:t>Marble &amp; stone designs available</w:t>
      </w:r>
    </w:p>
    <w:p w14:paraId="3BCF0F4F" w14:textId="577AC0BF" w:rsidR="00305880" w:rsidRDefault="003131B9">
      <w:pPr>
        <w:pStyle w:val="ListBullet"/>
        <w:spacing w:before="20" w:after="20"/>
      </w:pPr>
      <w:r>
        <w:t>Matching</w:t>
      </w:r>
      <w:r w:rsidR="0004417D">
        <w:t xml:space="preserve"> edge banding available</w:t>
      </w:r>
    </w:p>
    <w:p w14:paraId="095D945F" w14:textId="02160B2B" w:rsidR="004C6BF5" w:rsidRDefault="004C6BF5" w:rsidP="004C6BF5">
      <w:pPr>
        <w:pStyle w:val="ListBullet"/>
        <w:numPr>
          <w:ilvl w:val="0"/>
          <w:numId w:val="0"/>
        </w:numPr>
        <w:spacing w:before="20" w:after="20"/>
        <w:ind w:left="360" w:hanging="360"/>
      </w:pPr>
    </w:p>
    <w:p w14:paraId="64AB9AE4" w14:textId="12A1D703" w:rsidR="00F960F3" w:rsidRDefault="008B5B4E" w:rsidP="004C6BF5">
      <w:pPr>
        <w:pStyle w:val="ListBullet"/>
        <w:numPr>
          <w:ilvl w:val="0"/>
          <w:numId w:val="0"/>
        </w:numPr>
        <w:spacing w:before="20" w:after="20"/>
        <w:ind w:left="360" w:hanging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744792" wp14:editId="2F77BC55">
                <wp:simplePos x="0" y="0"/>
                <wp:positionH relativeFrom="column">
                  <wp:posOffset>3905250</wp:posOffset>
                </wp:positionH>
                <wp:positionV relativeFrom="paragraph">
                  <wp:posOffset>427990</wp:posOffset>
                </wp:positionV>
                <wp:extent cx="1285875" cy="8191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F4872" w14:textId="50F38214" w:rsidR="008B5B4E" w:rsidRDefault="008B5B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22A2F" wp14:editId="6041F82F">
                                  <wp:extent cx="1115568" cy="731520"/>
                                  <wp:effectExtent l="0" t="0" r="8890" b="0"/>
                                  <wp:docPr id="49" name="Picture 49" descr="A grey background with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grey background with text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676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568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4792" id="_x0000_s1031" type="#_x0000_t202" style="position:absolute;left:0;text-align:left;margin-left:307.5pt;margin-top:33.7pt;width:101.25pt;height:6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" filled="f" stroked="f">
                <v:textbox>
                  <w:txbxContent>
                    <w:p w14:paraId="4CAF4872" w14:textId="50F38214" w:rsidR="008B5B4E" w:rsidRDefault="008B5B4E">
                      <w:r>
                        <w:rPr>
                          <w:noProof/>
                        </w:rPr>
                        <w:drawing>
                          <wp:inline distT="0" distB="0" distL="0" distR="0" wp14:anchorId="28D22A2F" wp14:editId="6041F82F">
                            <wp:extent cx="1115568" cy="731520"/>
                            <wp:effectExtent l="0" t="0" r="8890" b="0"/>
                            <wp:docPr id="49" name="Picture 49" descr="A grey background with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grey background with text&#10;&#10;AI-generated content may be incorrect.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676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5568" cy="731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3" behindDoc="0" locked="0" layoutInCell="1" allowOverlap="1" wp14:anchorId="36187012" wp14:editId="7538BBED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6858000" cy="19621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55A15" w14:textId="6CA5828B" w:rsidR="004C1A27" w:rsidRDefault="004C1A27" w:rsidP="004C1A27">
                            <w:pPr>
                              <w:spacing w:before="40" w:after="60"/>
                            </w:pPr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Sample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Finishes  </w:t>
                            </w:r>
                            <w:r w:rsidR="003131B9"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(</w:t>
                            </w:r>
                            <w:proofErr w:type="gramEnd"/>
                            <w:r w:rsidR="003131B9"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Several more colors available — ask our team for free samples)</w:t>
                            </w:r>
                          </w:p>
                          <w:p w14:paraId="322DA46E" w14:textId="6703B37E" w:rsidR="004C1A27" w:rsidRDefault="004C1A27" w:rsidP="004C1A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0EFAA" wp14:editId="71BF8816">
                                  <wp:extent cx="3752098" cy="1554480"/>
                                  <wp:effectExtent l="0" t="0" r="1270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2098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0D532A">
                              <w:t xml:space="preserve"> </w:t>
                            </w:r>
                            <w:r w:rsidR="00F960F3"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BE761" wp14:editId="3F2529D6">
                                  <wp:extent cx="2212848" cy="73152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r="34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848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09F0C5" w14:textId="77777777" w:rsidR="004C1A27" w:rsidRDefault="004C1A27" w:rsidP="004C1A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7012" id="_x0000_s1032" type="#_x0000_t202" style="position:absolute;left:0;text-align:left;margin-left:488.8pt;margin-top:17.6pt;width:540pt;height:154.5pt;z-index:2516541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" filled="f" stroked="f">
                <v:textbox>
                  <w:txbxContent>
                    <w:p w14:paraId="34155A15" w14:textId="6CA5828B" w:rsidR="004C1A27" w:rsidRDefault="004C1A27" w:rsidP="004C1A27">
                      <w:pPr>
                        <w:spacing w:before="40" w:after="60"/>
                      </w:pPr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Sample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Finishes  </w:t>
                      </w:r>
                      <w:r w:rsidR="003131B9"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(</w:t>
                      </w:r>
                      <w:proofErr w:type="gramEnd"/>
                      <w:r w:rsidR="003131B9"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Several more colors available — ask our team for free samples)</w:t>
                      </w:r>
                    </w:p>
                    <w:p w14:paraId="322DA46E" w14:textId="6703B37E" w:rsidR="004C1A27" w:rsidRDefault="004C1A27" w:rsidP="004C1A27">
                      <w:r>
                        <w:rPr>
                          <w:noProof/>
                        </w:rPr>
                        <w:drawing>
                          <wp:inline distT="0" distB="0" distL="0" distR="0" wp14:anchorId="2BC0EFAA" wp14:editId="71BF8816">
                            <wp:extent cx="3752098" cy="1554480"/>
                            <wp:effectExtent l="0" t="0" r="1270" b="762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2098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0D532A">
                        <w:t xml:space="preserve"> </w:t>
                      </w:r>
                      <w:r w:rsidR="00F960F3"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0BE761" wp14:editId="3F2529D6">
                            <wp:extent cx="2212848" cy="73152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r="34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2848" cy="731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09F0C5" w14:textId="77777777" w:rsidR="004C1A27" w:rsidRDefault="004C1A27" w:rsidP="004C1A27"/>
                  </w:txbxContent>
                </v:textbox>
                <w10:wrap type="square" anchorx="margin"/>
              </v:shape>
            </w:pict>
          </mc:Fallback>
        </mc:AlternateContent>
      </w:r>
    </w:p>
    <w:p w14:paraId="7E49CF07" w14:textId="1394DBC7" w:rsidR="00670C0D" w:rsidRDefault="00F960F3" w:rsidP="004C1A27">
      <w:pPr>
        <w:pStyle w:val="ListBullet"/>
        <w:numPr>
          <w:ilvl w:val="0"/>
          <w:numId w:val="0"/>
        </w:numPr>
        <w:spacing w:before="20" w:after="20"/>
        <w:ind w:left="360" w:hanging="360"/>
        <w:rPr>
          <w:b/>
          <w:color w:val="C4A96A"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79E580D8" wp14:editId="4D919DE4">
                <wp:simplePos x="0" y="0"/>
                <wp:positionH relativeFrom="margin">
                  <wp:posOffset>4228465</wp:posOffset>
                </wp:positionH>
                <wp:positionV relativeFrom="paragraph">
                  <wp:posOffset>18415</wp:posOffset>
                </wp:positionV>
                <wp:extent cx="1285875" cy="8096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27C08" w14:textId="3B0B8E00" w:rsidR="004C1A27" w:rsidRDefault="004C1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80D8" id="Text Box 27" o:spid="_x0000_s1033" type="#_x0000_t202" style="position:absolute;left:0;text-align:left;margin-left:332.95pt;margin-top:1.45pt;width:101.25pt;height:63.75pt;z-index:251653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e+Gw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" filled="f" stroked="f" strokeweight=".5pt">
                <v:textbox>
                  <w:txbxContent>
                    <w:p w14:paraId="28327C08" w14:textId="3B0B8E00" w:rsidR="004C1A27" w:rsidRDefault="004C1A27"/>
                  </w:txbxContent>
                </v:textbox>
                <w10:wrap anchorx="margin"/>
              </v:shape>
            </w:pict>
          </mc:Fallback>
        </mc:AlternateContent>
      </w:r>
      <w:r w:rsidR="00E05C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0081DC" wp14:editId="719B182B">
                <wp:simplePos x="0" y="0"/>
                <wp:positionH relativeFrom="margin">
                  <wp:align>left</wp:align>
                </wp:positionH>
                <wp:positionV relativeFrom="paragraph">
                  <wp:posOffset>473075</wp:posOffset>
                </wp:positionV>
                <wp:extent cx="3228975" cy="4381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31340" w14:textId="77777777" w:rsidR="00EA5A48" w:rsidRPr="00E05C99" w:rsidRDefault="00EA5A48" w:rsidP="00EA5A48">
                            <w:pPr>
                              <w:spacing w:before="60" w:after="40"/>
                              <w:rPr>
                                <w:color w:val="C2D69B" w:themeColor="accent3" w:themeTint="99"/>
                              </w:rPr>
                            </w:pPr>
                            <w:proofErr w:type="gramStart"/>
                            <w:r w:rsidRPr="001533D0">
                              <w:rPr>
                                <w:rFonts w:ascii="Georgia" w:hAnsi="Georgia"/>
                                <w:color w:val="EAF1DD" w:themeColor="accent3" w:themeTint="33"/>
                                <w:sz w:val="44"/>
                              </w:rPr>
                              <w:t>SYNCRON</w:t>
                            </w:r>
                            <w:r w:rsidRPr="001533D0">
                              <w:rPr>
                                <w:rFonts w:ascii="Arial" w:hAnsi="Arial"/>
                                <w:color w:val="EAF1DD" w:themeColor="accent3" w:themeTint="33"/>
                              </w:rPr>
                              <w:t xml:space="preserve">  </w:t>
                            </w:r>
                            <w:r w:rsidRPr="001533D0">
                              <w:rPr>
                                <w:rFonts w:ascii="Arial" w:hAnsi="Arial"/>
                                <w:color w:val="000000" w:themeColor="text1"/>
                              </w:rPr>
                              <w:t>·</w:t>
                            </w:r>
                            <w:proofErr w:type="gramEnd"/>
                            <w:r w:rsidRPr="001533D0">
                              <w:rPr>
                                <w:rFonts w:ascii="Arial" w:hAnsi="Arial"/>
                                <w:color w:val="000000" w:themeColor="text1"/>
                              </w:rPr>
                              <w:t xml:space="preserve">  </w:t>
                            </w:r>
                            <w:r w:rsidRPr="001533D0">
                              <w:rPr>
                                <w:rFonts w:ascii="Arial" w:hAnsi="Arial"/>
                                <w:color w:val="EAF1DD" w:themeColor="accent3" w:themeTint="33"/>
                                <w:sz w:val="16"/>
                              </w:rPr>
                              <w:t>TEXTURE  ·  NATURAL FINISH</w:t>
                            </w:r>
                          </w:p>
                          <w:p w14:paraId="171CEF6B" w14:textId="77777777" w:rsidR="00EA5A48" w:rsidRDefault="00EA5A48" w:rsidP="00EA5A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081DC" id="Text Box 42" o:spid="_x0000_s1034" type="#_x0000_t202" style="position:absolute;left:0;text-align:left;margin-left:0;margin-top:37.25pt;width:254.25pt;height:34.5pt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" filled="f" stroked="f" strokeweight=".5pt">
                <v:textbox>
                  <w:txbxContent>
                    <w:p w14:paraId="30931340" w14:textId="77777777" w:rsidR="00EA5A48" w:rsidRPr="00E05C99" w:rsidRDefault="00EA5A48" w:rsidP="00EA5A48">
                      <w:pPr>
                        <w:spacing w:before="60" w:after="40"/>
                        <w:rPr>
                          <w:color w:val="C2D69B" w:themeColor="accent3" w:themeTint="99"/>
                        </w:rPr>
                      </w:pPr>
                      <w:proofErr w:type="gramStart"/>
                      <w:r w:rsidRPr="001533D0">
                        <w:rPr>
                          <w:rFonts w:ascii="Georgia" w:hAnsi="Georgia"/>
                          <w:color w:val="EAF1DD" w:themeColor="accent3" w:themeTint="33"/>
                          <w:sz w:val="44"/>
                        </w:rPr>
                        <w:t>SYNCRON</w:t>
                      </w:r>
                      <w:r w:rsidRPr="001533D0">
                        <w:rPr>
                          <w:rFonts w:ascii="Arial" w:hAnsi="Arial"/>
                          <w:color w:val="EAF1DD" w:themeColor="accent3" w:themeTint="33"/>
                        </w:rPr>
                        <w:t xml:space="preserve">  </w:t>
                      </w:r>
                      <w:r w:rsidRPr="001533D0">
                        <w:rPr>
                          <w:rFonts w:ascii="Arial" w:hAnsi="Arial"/>
                          <w:color w:val="000000" w:themeColor="text1"/>
                        </w:rPr>
                        <w:t>·</w:t>
                      </w:r>
                      <w:proofErr w:type="gramEnd"/>
                      <w:r w:rsidRPr="001533D0">
                        <w:rPr>
                          <w:rFonts w:ascii="Arial" w:hAnsi="Arial"/>
                          <w:color w:val="000000" w:themeColor="text1"/>
                        </w:rPr>
                        <w:t xml:space="preserve">  </w:t>
                      </w:r>
                      <w:r w:rsidRPr="001533D0">
                        <w:rPr>
                          <w:rFonts w:ascii="Arial" w:hAnsi="Arial"/>
                          <w:color w:val="EAF1DD" w:themeColor="accent3" w:themeTint="33"/>
                          <w:sz w:val="16"/>
                        </w:rPr>
                        <w:t>TEXTURE  ·  NATURAL FINISH</w:t>
                      </w:r>
                    </w:p>
                    <w:p w14:paraId="171CEF6B" w14:textId="77777777" w:rsidR="00EA5A48" w:rsidRDefault="00EA5A48" w:rsidP="00EA5A48"/>
                  </w:txbxContent>
                </v:textbox>
                <w10:wrap anchorx="margin"/>
              </v:shape>
            </w:pict>
          </mc:Fallback>
        </mc:AlternateContent>
      </w:r>
      <w:r w:rsidR="00E05C99">
        <w:rPr>
          <w:b/>
          <w:noProof/>
          <w:color w:val="C4A96A"/>
          <w:sz w:val="14"/>
        </w:rPr>
        <w:drawing>
          <wp:inline distT="0" distB="0" distL="0" distR="0" wp14:anchorId="0B00D396" wp14:editId="5F7A68D4">
            <wp:extent cx="6858000" cy="914400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5"/>
                    <a:srcRect t="36111"/>
                    <a:stretch/>
                  </pic:blipFill>
                  <pic:spPr bwMode="auto">
                    <a:xfrm>
                      <a:off x="0" y="0"/>
                      <a:ext cx="68580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2E0D5" w14:textId="7DA28CA8" w:rsidR="00305880" w:rsidRDefault="003131B9" w:rsidP="00E05C99">
      <w:pPr>
        <w:spacing w:before="60" w:after="30"/>
      </w:pPr>
      <w:r>
        <w:rPr>
          <w:rFonts w:ascii="Arial" w:hAnsi="Arial"/>
          <w:color w:val="3D3A33"/>
          <w:sz w:val="19"/>
        </w:rPr>
        <w:t>Highly decorative and textured surface</w:t>
      </w:r>
      <w:r w:rsidR="0004417D">
        <w:rPr>
          <w:rFonts w:ascii="Arial" w:hAnsi="Arial"/>
          <w:color w:val="3D3A33"/>
          <w:sz w:val="19"/>
        </w:rPr>
        <w:t xml:space="preserve"> — a true match between the tactile surface and the printed design for complete realism. The most lifelike natural finishes available for DIY cabinetry, furniture, and millwork projects.</w:t>
      </w:r>
    </w:p>
    <w:p w14:paraId="5E383387" w14:textId="1197639E" w:rsidR="00305880" w:rsidRDefault="00A455D3">
      <w:pPr>
        <w:pStyle w:val="ListBullet"/>
        <w:spacing w:before="20" w:after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E1B97" wp14:editId="4205BE8B">
                <wp:simplePos x="0" y="0"/>
                <wp:positionH relativeFrom="column">
                  <wp:posOffset>2924175</wp:posOffset>
                </wp:positionH>
                <wp:positionV relativeFrom="paragraph">
                  <wp:posOffset>15558</wp:posOffset>
                </wp:positionV>
                <wp:extent cx="4162425" cy="11906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FCC8B" w14:textId="6880C5E6" w:rsidR="00A455D3" w:rsidRDefault="00A455D3" w:rsidP="00236F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896E1" wp14:editId="5873AB55">
                                  <wp:extent cx="1984248" cy="1097280"/>
                                  <wp:effectExtent l="0" t="0" r="0" b="7620"/>
                                  <wp:docPr id="30" name="Picture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4248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6F62">
                              <w:t xml:space="preserve"> </w:t>
                            </w:r>
                            <w:r w:rsidR="00236F6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B3E8B" wp14:editId="271B5C07">
                                  <wp:extent cx="1691640" cy="1097280"/>
                                  <wp:effectExtent l="0" t="0" r="3810" b="7620"/>
                                  <wp:docPr id="31" name="Pictur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r="13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86DE92" w14:textId="77777777" w:rsidR="00A455D3" w:rsidRDefault="00A455D3" w:rsidP="00A455D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1B97" id="Text Box 29" o:spid="_x0000_s1035" type="#_x0000_t202" style="position:absolute;left:0;text-align:left;margin-left:230.25pt;margin-top:1.25pt;width:327.7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" fillcolor="window" stroked="f" strokeweight=".5pt">
                <v:textbox>
                  <w:txbxContent>
                    <w:p w14:paraId="50EFCC8B" w14:textId="6880C5E6" w:rsidR="00A455D3" w:rsidRDefault="00A455D3" w:rsidP="00236F62">
                      <w:r>
                        <w:rPr>
                          <w:noProof/>
                        </w:rPr>
                        <w:drawing>
                          <wp:inline distT="0" distB="0" distL="0" distR="0" wp14:anchorId="1F7896E1" wp14:editId="5873AB55">
                            <wp:extent cx="1984248" cy="1097280"/>
                            <wp:effectExtent l="0" t="0" r="0" b="7620"/>
                            <wp:docPr id="30" name="Pictur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4248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6F62">
                        <w:t xml:space="preserve"> </w:t>
                      </w:r>
                      <w:r w:rsidR="00236F6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2B3E8B" wp14:editId="271B5C07">
                            <wp:extent cx="1691640" cy="1097280"/>
                            <wp:effectExtent l="0" t="0" r="3810" b="7620"/>
                            <wp:docPr id="31" name="Pictur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r="13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1640" cy="10972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86DE92" w14:textId="77777777" w:rsidR="00A455D3" w:rsidRDefault="00A455D3" w:rsidP="00A455D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4417D">
        <w:t>Available as full sheet panels for DIY builds</w:t>
      </w:r>
    </w:p>
    <w:p w14:paraId="2D1DAE51" w14:textId="6B28EBBA" w:rsidR="00305880" w:rsidRDefault="0004417D">
      <w:pPr>
        <w:pStyle w:val="ListBullet"/>
        <w:spacing w:before="20" w:after="20"/>
      </w:pPr>
      <w:r>
        <w:t>Wood grain, stone, concrete, leather &amp; textile finishes</w:t>
      </w:r>
    </w:p>
    <w:p w14:paraId="66B51EF5" w14:textId="74161F50" w:rsidR="00305880" w:rsidRDefault="0004417D">
      <w:pPr>
        <w:pStyle w:val="ListBullet"/>
        <w:spacing w:before="20" w:after="20"/>
      </w:pPr>
      <w:r>
        <w:t>Registered texture-to-grain match technology</w:t>
      </w:r>
    </w:p>
    <w:p w14:paraId="4D718C6C" w14:textId="7EB10132" w:rsidR="00305880" w:rsidRDefault="0004417D">
      <w:pPr>
        <w:pStyle w:val="ListBullet"/>
        <w:spacing w:before="20" w:after="20"/>
      </w:pPr>
      <w:r>
        <w:t>Matching edge banding for clean, professional edge</w:t>
      </w:r>
      <w:r>
        <w:t>s</w:t>
      </w:r>
    </w:p>
    <w:p w14:paraId="42625109" w14:textId="62E22555" w:rsidR="00CE411F" w:rsidRDefault="00CE411F" w:rsidP="00EA5A48">
      <w:pPr>
        <w:spacing w:after="0"/>
      </w:pPr>
    </w:p>
    <w:p w14:paraId="79A92575" w14:textId="2A0577AE" w:rsidR="00E05C99" w:rsidRDefault="00F960F3" w:rsidP="00EA5A48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8D872A" wp14:editId="39763381">
                <wp:simplePos x="0" y="0"/>
                <wp:positionH relativeFrom="margin">
                  <wp:posOffset>104775</wp:posOffset>
                </wp:positionH>
                <wp:positionV relativeFrom="paragraph">
                  <wp:posOffset>425450</wp:posOffset>
                </wp:positionV>
                <wp:extent cx="6877050" cy="217614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17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2649" w14:textId="77777777" w:rsidR="00A455D3" w:rsidRDefault="00A455D3" w:rsidP="00A455D3">
                            <w:pPr>
                              <w:spacing w:before="40" w:after="60"/>
                            </w:pPr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 xml:space="preserve">Sample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Finishes  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color w:val="8C7B5E"/>
                                <w:sz w:val="16"/>
                              </w:rPr>
                              <w:t>200+ available — ask our team for the full sample board)</w:t>
                            </w:r>
                          </w:p>
                          <w:p w14:paraId="41ACAA31" w14:textId="6ED37EAF" w:rsidR="00A455D3" w:rsidRDefault="00A455D3" w:rsidP="00A45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10F8B" wp14:editId="6C0E7AC1">
                                  <wp:extent cx="2843784" cy="182880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784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236F62">
                              <w:t xml:space="preserve">        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39D48" wp14:editId="78181F3B">
                                  <wp:extent cx="2706624" cy="91440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624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9F464" w14:textId="77777777" w:rsidR="00A455D3" w:rsidRDefault="00A455D3" w:rsidP="00A455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872A" id="_x0000_s1036" type="#_x0000_t202" style="position:absolute;margin-left:8.25pt;margin-top:33.5pt;width:541.5pt;height:171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Ep5/QEAANUDAAAOAAAAZHJzL2Uyb0RvYy54bWysU11v2yAUfZ+0/4B4X/yhOEmtOFXXrtOk&#10;rpvU9QcQjGM04DIgsbNfvwtO02h7q+YHBFzfc+8597C+HrUiB+G8BNPQYpZTIgyHVppdQ59/3H9Y&#10;Ue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" filled="f" stroked="f">
                <v:textbox>
                  <w:txbxContent>
                    <w:p w14:paraId="703F2649" w14:textId="77777777" w:rsidR="00A455D3" w:rsidRDefault="00A455D3" w:rsidP="00A455D3">
                      <w:pPr>
                        <w:spacing w:before="40" w:after="60"/>
                      </w:pPr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 xml:space="preserve">Sample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Finishes  (</w:t>
                      </w:r>
                      <w:proofErr w:type="gramEnd"/>
                      <w:r>
                        <w:rPr>
                          <w:rFonts w:ascii="Arial" w:hAnsi="Arial"/>
                          <w:i/>
                          <w:color w:val="8C7B5E"/>
                          <w:sz w:val="16"/>
                        </w:rPr>
                        <w:t>200+ available — ask our team for the full sample board)</w:t>
                      </w:r>
                    </w:p>
                    <w:p w14:paraId="41ACAA31" w14:textId="6ED37EAF" w:rsidR="00A455D3" w:rsidRDefault="00A455D3" w:rsidP="00A455D3">
                      <w:r>
                        <w:rPr>
                          <w:noProof/>
                        </w:rPr>
                        <w:drawing>
                          <wp:inline distT="0" distB="0" distL="0" distR="0" wp14:anchorId="58A10F8B" wp14:editId="6C0E7AC1">
                            <wp:extent cx="2843784" cy="182880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784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236F62">
                        <w:t xml:space="preserve">                   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439D48" wp14:editId="78181F3B">
                            <wp:extent cx="2706624" cy="91440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624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09F464" w14:textId="77777777" w:rsidR="00A455D3" w:rsidRDefault="00A455D3" w:rsidP="00A455D3"/>
                  </w:txbxContent>
                </v:textbox>
                <w10:wrap type="square" anchorx="margin"/>
              </v:shape>
            </w:pict>
          </mc:Fallback>
        </mc:AlternateContent>
      </w:r>
    </w:p>
    <w:p w14:paraId="7BE24547" w14:textId="7FDBFBE9" w:rsidR="00E05C99" w:rsidRDefault="00E05C99" w:rsidP="00EA5A48">
      <w:pPr>
        <w:spacing w:after="0"/>
      </w:pPr>
    </w:p>
    <w:p w14:paraId="40105DC5" w14:textId="5332D7D4" w:rsidR="00E05C99" w:rsidRDefault="00B67947" w:rsidP="00EA5A4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06D5C" wp14:editId="19BF13F7">
                <wp:simplePos x="0" y="0"/>
                <wp:positionH relativeFrom="column">
                  <wp:posOffset>9524</wp:posOffset>
                </wp:positionH>
                <wp:positionV relativeFrom="paragraph">
                  <wp:posOffset>2439669</wp:posOffset>
                </wp:positionV>
                <wp:extent cx="6867525" cy="28575"/>
                <wp:effectExtent l="38100" t="38100" r="66675" b="8572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0BB7B" id="Straight Connector 5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92.1pt" to="541.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" strokecolor="#eeece1 [3214]" strokeweight="1pt">
                <v:shadow on="t" color="black" opacity="24903f" origin=",.5" offset="0,.55556mm"/>
              </v:line>
            </w:pict>
          </mc:Fallback>
        </mc:AlternateContent>
      </w:r>
      <w:r w:rsidR="00F960F3"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617F4019" wp14:editId="39F624DF">
                <wp:simplePos x="0" y="0"/>
                <wp:positionH relativeFrom="column">
                  <wp:posOffset>3662045</wp:posOffset>
                </wp:positionH>
                <wp:positionV relativeFrom="paragraph">
                  <wp:posOffset>11430</wp:posOffset>
                </wp:positionV>
                <wp:extent cx="3157537" cy="999808"/>
                <wp:effectExtent l="0" t="0" r="508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537" cy="99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EDECA" w14:textId="2A86232D" w:rsidR="00236F62" w:rsidRDefault="00F960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04A77" wp14:editId="61359E41">
                                  <wp:extent cx="2670048" cy="914400"/>
                                  <wp:effectExtent l="0" t="0" r="0" b="0"/>
                                  <wp:docPr id="44" name="Picture 44" descr="A close-up of a grey squa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 descr="A close-up of a grey squar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048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4019" id="Text Box 43" o:spid="_x0000_s1037" type="#_x0000_t202" style="position:absolute;margin-left:288.35pt;margin-top:.9pt;width:248.6pt;height:78.7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" fillcolor="white [3201]" stroked="f" strokeweight=".5pt">
                <v:textbox>
                  <w:txbxContent>
                    <w:p w14:paraId="1A0EDECA" w14:textId="2A86232D" w:rsidR="00236F62" w:rsidRDefault="00F960F3">
                      <w:r>
                        <w:rPr>
                          <w:noProof/>
                        </w:rPr>
                        <w:drawing>
                          <wp:inline distT="0" distB="0" distL="0" distR="0" wp14:anchorId="77004A77" wp14:editId="61359E41">
                            <wp:extent cx="2670048" cy="914400"/>
                            <wp:effectExtent l="0" t="0" r="0" b="0"/>
                            <wp:docPr id="44" name="Picture 44" descr="A close-up of a grey squa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 descr="A close-up of a grey square&#10;&#10;AI-generated content may be incorrect.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0048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406693" w14:textId="1DC96BA2" w:rsidR="00E05C99" w:rsidRDefault="00E05C99" w:rsidP="00EA5A48">
      <w:pPr>
        <w:spacing w:after="0"/>
      </w:pPr>
    </w:p>
    <w:p w14:paraId="481F8837" w14:textId="2F909C6F" w:rsidR="00305880" w:rsidRDefault="0004417D" w:rsidP="00F960F3">
      <w:pPr>
        <w:spacing w:after="0"/>
      </w:pPr>
      <w:r>
        <w:rPr>
          <w:rFonts w:ascii="Arial" w:hAnsi="Arial"/>
          <w:b/>
          <w:color w:val="C4A96A"/>
          <w:sz w:val="14"/>
        </w:rPr>
        <w:t>E</w:t>
      </w:r>
      <w:r>
        <w:rPr>
          <w:rFonts w:ascii="Arial" w:hAnsi="Arial"/>
          <w:b/>
          <w:color w:val="C4A96A"/>
          <w:sz w:val="14"/>
        </w:rPr>
        <w:t>DGE BANDING</w:t>
      </w:r>
    </w:p>
    <w:p w14:paraId="7CB9874F" w14:textId="24ED75DE" w:rsidR="00305880" w:rsidRDefault="0004417D">
      <w:pPr>
        <w:spacing w:before="40" w:after="40"/>
      </w:pPr>
      <w:r>
        <w:rPr>
          <w:rFonts w:ascii="Georgia" w:hAnsi="Georgia"/>
          <w:color w:val="1A1814"/>
          <w:sz w:val="36"/>
        </w:rPr>
        <w:t>Color-Matched Edge Tape</w:t>
      </w:r>
    </w:p>
    <w:p w14:paraId="7488E007" w14:textId="319AE24F" w:rsidR="00305880" w:rsidRDefault="0004417D">
      <w:pPr>
        <w:spacing w:after="50"/>
      </w:pPr>
      <w:r>
        <w:rPr>
          <w:rFonts w:ascii="Arial" w:hAnsi="Arial"/>
          <w:color w:val="3D3A33"/>
          <w:sz w:val="19"/>
        </w:rPr>
        <w:t xml:space="preserve">Every LIOHER panel collection </w:t>
      </w:r>
      <w:r w:rsidR="001533D0">
        <w:rPr>
          <w:rFonts w:ascii="Arial" w:hAnsi="Arial"/>
          <w:color w:val="3D3A33"/>
          <w:sz w:val="19"/>
        </w:rPr>
        <w:t>offers</w:t>
      </w:r>
      <w:r>
        <w:rPr>
          <w:rFonts w:ascii="Arial" w:hAnsi="Arial"/>
          <w:color w:val="3D3A33"/>
          <w:sz w:val="19"/>
        </w:rPr>
        <w:t xml:space="preserve"> precisely matched edge banding tape. Options include standard PVC </w:t>
      </w:r>
      <w:r w:rsidR="001533D0">
        <w:rPr>
          <w:rFonts w:ascii="Arial" w:hAnsi="Arial"/>
          <w:color w:val="3D3A33"/>
          <w:sz w:val="19"/>
        </w:rPr>
        <w:t>in 7/8” or 1-1/2” rolls of</w:t>
      </w:r>
      <w:r>
        <w:rPr>
          <w:rFonts w:ascii="Arial" w:hAnsi="Arial"/>
          <w:color w:val="3D3A33"/>
          <w:sz w:val="19"/>
        </w:rPr>
        <w:t xml:space="preserve"> banding</w:t>
      </w:r>
      <w:r w:rsidR="001533D0">
        <w:rPr>
          <w:rFonts w:ascii="Arial" w:hAnsi="Arial"/>
          <w:color w:val="3D3A33"/>
          <w:sz w:val="19"/>
        </w:rPr>
        <w:t>.</w:t>
      </w:r>
      <w:r>
        <w:rPr>
          <w:rFonts w:ascii="Arial" w:hAnsi="Arial"/>
          <w:color w:val="3D3A33"/>
          <w:sz w:val="19"/>
        </w:rPr>
        <w:t xml:space="preserve"> </w:t>
      </w:r>
      <w:r>
        <w:rPr>
          <w:rFonts w:ascii="Arial" w:hAnsi="Arial"/>
          <w:color w:val="3D3A33"/>
          <w:sz w:val="19"/>
        </w:rPr>
        <w:t xml:space="preserve"> Finish your DIY project cleanly and professionally on every side.</w:t>
      </w:r>
    </w:p>
    <w:p w14:paraId="42074FF9" w14:textId="3CA07144" w:rsidR="00305880" w:rsidRDefault="001533D0">
      <w:pPr>
        <w:pStyle w:val="ListBullet"/>
        <w:spacing w:before="20" w:after="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B8A3306" wp14:editId="6D9CFB2E">
                <wp:simplePos x="0" y="0"/>
                <wp:positionH relativeFrom="column">
                  <wp:posOffset>4533900</wp:posOffset>
                </wp:positionH>
                <wp:positionV relativeFrom="paragraph">
                  <wp:posOffset>5715</wp:posOffset>
                </wp:positionV>
                <wp:extent cx="1314450" cy="80010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5C476" w14:textId="241686A3" w:rsidR="00524B07" w:rsidRDefault="00524B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7D477" wp14:editId="5608BCC7">
                                  <wp:extent cx="923544" cy="676656"/>
                                  <wp:effectExtent l="0" t="0" r="0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4" cy="676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3306" id="_x0000_s1038" type="#_x0000_t202" style="position:absolute;left:0;text-align:left;margin-left:357pt;margin-top:.45pt;width:103.5pt;height:6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" stroked="f">
                <v:textbox>
                  <w:txbxContent>
                    <w:p w14:paraId="4FC5C476" w14:textId="241686A3" w:rsidR="00524B07" w:rsidRDefault="00524B07">
                      <w:r>
                        <w:rPr>
                          <w:noProof/>
                        </w:rPr>
                        <w:drawing>
                          <wp:inline distT="0" distB="0" distL="0" distR="0" wp14:anchorId="0F37D477" wp14:editId="5608BCC7">
                            <wp:extent cx="923544" cy="676656"/>
                            <wp:effectExtent l="0" t="0" r="0" b="952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4" cy="676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17D">
        <w:t xml:space="preserve">Standard PVC </w:t>
      </w:r>
      <w:r w:rsidR="0004417D">
        <w:t>edge banding</w:t>
      </w:r>
    </w:p>
    <w:p w14:paraId="2D93DECC" w14:textId="766DEF0B" w:rsidR="00305880" w:rsidRDefault="001533D0">
      <w:pPr>
        <w:pStyle w:val="ListBullet"/>
        <w:spacing w:before="20" w:after="20"/>
      </w:pPr>
      <w:r>
        <w:t>50</w:t>
      </w:r>
      <w:r w:rsidR="003131B9">
        <w:t xml:space="preserve"> ft. to 738 ft. length options</w:t>
      </w:r>
    </w:p>
    <w:p w14:paraId="1CD6FBB2" w14:textId="7D85B847" w:rsidR="00305880" w:rsidRDefault="003131B9">
      <w:pPr>
        <w:pStyle w:val="ListBullet"/>
        <w:spacing w:before="20" w:after="20"/>
      </w:pPr>
      <w:r>
        <w:t>7/8” or 1-1/2” width</w:t>
      </w:r>
      <w:r w:rsidR="0004417D">
        <w:t xml:space="preserve"> options</w:t>
      </w:r>
    </w:p>
    <w:p w14:paraId="7E82AF5B" w14:textId="77777777" w:rsidR="00305880" w:rsidRDefault="0004417D">
      <w:pPr>
        <w:pStyle w:val="ListBullet"/>
        <w:spacing w:before="20" w:after="20"/>
      </w:pPr>
      <w:r>
        <w:t>Sequence grain match for realistic wood designs</w:t>
      </w:r>
    </w:p>
    <w:p w14:paraId="768E3223" w14:textId="77777777" w:rsidR="00305880" w:rsidRDefault="0004417D">
      <w:pPr>
        <w:pStyle w:val="ListBullet"/>
        <w:spacing w:before="20" w:after="20"/>
      </w:pPr>
      <w:r>
        <w:t>Compatible with all LUXE, ZÉNIT &amp; SYNCRON finishes</w:t>
      </w:r>
    </w:p>
    <w:p w14:paraId="53387EF8" w14:textId="77777777" w:rsidR="00B67947" w:rsidRDefault="00B67947" w:rsidP="00B67947">
      <w:pPr>
        <w:pStyle w:val="ListBullet"/>
        <w:numPr>
          <w:ilvl w:val="0"/>
          <w:numId w:val="0"/>
        </w:numPr>
        <w:spacing w:before="20" w:after="20"/>
        <w:ind w:left="360" w:hanging="360"/>
      </w:pPr>
    </w:p>
    <w:p w14:paraId="758DDA3F" w14:textId="77777777" w:rsidR="00B67947" w:rsidRDefault="00B67947" w:rsidP="00B67947">
      <w:pPr>
        <w:pStyle w:val="ListBullet"/>
        <w:numPr>
          <w:ilvl w:val="0"/>
          <w:numId w:val="0"/>
        </w:numPr>
        <w:spacing w:before="20" w:after="20"/>
        <w:ind w:left="360" w:hanging="36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6"/>
        <w:gridCol w:w="1426"/>
        <w:gridCol w:w="2082"/>
        <w:gridCol w:w="2033"/>
        <w:gridCol w:w="2089"/>
        <w:gridCol w:w="1514"/>
      </w:tblGrid>
      <w:tr w:rsidR="00B36A79" w14:paraId="0218F70B" w14:textId="77777777" w:rsidTr="00B67947">
        <w:trPr>
          <w:trHeight w:val="971"/>
        </w:trPr>
        <w:tc>
          <w:tcPr>
            <w:tcW w:w="1656" w:type="dxa"/>
            <w:shd w:val="clear" w:color="auto" w:fill="EDE9E0"/>
          </w:tcPr>
          <w:p w14:paraId="6A36095C" w14:textId="5DA51896" w:rsidR="00B36A79" w:rsidRDefault="00B36A79">
            <w:pPr>
              <w:spacing w:after="0"/>
              <w:rPr>
                <w:rFonts w:ascii="Arial" w:hAnsi="Arial"/>
                <w:b/>
                <w:color w:val="B22222"/>
                <w:sz w:val="15"/>
              </w:rPr>
            </w:pPr>
            <w:r>
              <w:rPr>
                <w:rFonts w:ascii="Arial" w:hAnsi="Arial"/>
                <w:b/>
                <w:noProof/>
                <w:color w:val="B22222"/>
                <w:sz w:val="15"/>
              </w:rPr>
              <w:drawing>
                <wp:inline distT="0" distB="0" distL="0" distR="0" wp14:anchorId="21AD1626" wp14:editId="3475E84E">
                  <wp:extent cx="914400" cy="914400"/>
                  <wp:effectExtent l="0" t="0" r="0" b="0"/>
                  <wp:docPr id="54" name="Picture 54" descr="A black and white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black and white sign&#10;&#10;AI-generated content may be incorrec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shd w:val="clear" w:color="auto" w:fill="EDE9E0"/>
            <w:tcMar>
              <w:top w:w="100" w:type="dxa"/>
              <w:left w:w="0" w:type="dxa"/>
              <w:bottom w:w="100" w:type="dxa"/>
              <w:right w:w="80" w:type="dxa"/>
            </w:tcMar>
            <w:vAlign w:val="center"/>
          </w:tcPr>
          <w:p w14:paraId="13EF6620" w14:textId="3E2D4828" w:rsidR="00B36A79" w:rsidRDefault="00B36A79">
            <w:pPr>
              <w:spacing w:after="0"/>
            </w:pPr>
            <w:r>
              <w:rPr>
                <w:rFonts w:ascii="Arial" w:hAnsi="Arial"/>
                <w:b/>
                <w:color w:val="B22222"/>
                <w:sz w:val="15"/>
              </w:rPr>
              <w:t>OUR TEAM</w:t>
            </w:r>
          </w:p>
        </w:tc>
        <w:tc>
          <w:tcPr>
            <w:tcW w:w="2082" w:type="dxa"/>
            <w:shd w:val="clear" w:color="auto" w:fill="EDE9E0"/>
            <w:tcMar>
              <w:top w:w="100" w:type="dxa"/>
              <w:left w:w="100" w:type="dxa"/>
              <w:bottom w:w="100" w:type="dxa"/>
              <w:right w:w="80" w:type="dxa"/>
            </w:tcMar>
            <w:vAlign w:val="center"/>
          </w:tcPr>
          <w:p w14:paraId="622D85C2" w14:textId="77777777" w:rsidR="00B36A79" w:rsidRDefault="00B36A79">
            <w:pPr>
              <w:spacing w:after="20"/>
            </w:pPr>
            <w:r>
              <w:rPr>
                <w:rFonts w:ascii="Arial" w:hAnsi="Arial"/>
                <w:b/>
                <w:color w:val="1A1814"/>
                <w:sz w:val="18"/>
              </w:rPr>
              <w:t>Jasen Huebsch</w:t>
            </w:r>
          </w:p>
          <w:p w14:paraId="07713CCB" w14:textId="77777777" w:rsidR="00B36A79" w:rsidRDefault="00B36A79">
            <w:pPr>
              <w:spacing w:after="20"/>
            </w:pPr>
            <w:r>
              <w:rPr>
                <w:rFonts w:ascii="Arial" w:hAnsi="Arial"/>
                <w:color w:val="8C7B5E"/>
                <w:sz w:val="14"/>
              </w:rPr>
              <w:t>Manager / Studio Sales</w:t>
            </w:r>
          </w:p>
          <w:p w14:paraId="1E35FF01" w14:textId="77777777" w:rsidR="00B36A79" w:rsidRDefault="00B36A79">
            <w:pPr>
              <w:spacing w:after="0"/>
            </w:pPr>
            <w:r>
              <w:rPr>
                <w:rFonts w:ascii="Arial" w:hAnsi="Arial"/>
                <w:color w:val="B22222"/>
                <w:sz w:val="15"/>
              </w:rPr>
              <w:t>Jasen@studiosupplier.com</w:t>
            </w:r>
          </w:p>
        </w:tc>
        <w:tc>
          <w:tcPr>
            <w:tcW w:w="2033" w:type="dxa"/>
            <w:shd w:val="clear" w:color="auto" w:fill="EDE9E0"/>
            <w:tcMar>
              <w:top w:w="100" w:type="dxa"/>
              <w:left w:w="100" w:type="dxa"/>
              <w:bottom w:w="100" w:type="dxa"/>
              <w:right w:w="80" w:type="dxa"/>
            </w:tcMar>
            <w:vAlign w:val="center"/>
          </w:tcPr>
          <w:p w14:paraId="1884993D" w14:textId="77777777" w:rsidR="00B36A79" w:rsidRDefault="00B36A79">
            <w:pPr>
              <w:spacing w:after="20"/>
            </w:pPr>
            <w:r>
              <w:rPr>
                <w:rFonts w:ascii="Arial" w:hAnsi="Arial"/>
                <w:b/>
                <w:color w:val="1A1814"/>
                <w:sz w:val="18"/>
              </w:rPr>
              <w:t>Rick Garay</w:t>
            </w:r>
          </w:p>
          <w:p w14:paraId="31F784C4" w14:textId="77777777" w:rsidR="00B36A79" w:rsidRDefault="00B36A79">
            <w:pPr>
              <w:spacing w:after="20"/>
            </w:pPr>
            <w:r>
              <w:rPr>
                <w:rFonts w:ascii="Arial" w:hAnsi="Arial"/>
                <w:color w:val="8C7B5E"/>
                <w:sz w:val="14"/>
              </w:rPr>
              <w:t>Studio Sales</w:t>
            </w:r>
          </w:p>
          <w:p w14:paraId="7FAD113D" w14:textId="77777777" w:rsidR="00B36A79" w:rsidRDefault="00B36A79">
            <w:pPr>
              <w:spacing w:after="0"/>
            </w:pPr>
            <w:r>
              <w:rPr>
                <w:rFonts w:ascii="Arial" w:hAnsi="Arial"/>
                <w:color w:val="B22222"/>
                <w:sz w:val="15"/>
              </w:rPr>
              <w:t>Rick@studiosupplier.com</w:t>
            </w:r>
          </w:p>
        </w:tc>
        <w:tc>
          <w:tcPr>
            <w:tcW w:w="2089" w:type="dxa"/>
            <w:shd w:val="clear" w:color="auto" w:fill="EDE9E0"/>
            <w:tcMar>
              <w:top w:w="100" w:type="dxa"/>
              <w:left w:w="100" w:type="dxa"/>
              <w:bottom w:w="100" w:type="dxa"/>
              <w:right w:w="80" w:type="dxa"/>
            </w:tcMar>
            <w:vAlign w:val="center"/>
          </w:tcPr>
          <w:p w14:paraId="2D7B60A6" w14:textId="77777777" w:rsidR="00B36A79" w:rsidRDefault="00B36A79">
            <w:pPr>
              <w:spacing w:after="20"/>
            </w:pPr>
            <w:r>
              <w:rPr>
                <w:rFonts w:ascii="Arial" w:hAnsi="Arial"/>
                <w:b/>
                <w:color w:val="1A1814"/>
                <w:sz w:val="18"/>
              </w:rPr>
              <w:t>Marco Torres</w:t>
            </w:r>
          </w:p>
          <w:p w14:paraId="71379426" w14:textId="77777777" w:rsidR="00B36A79" w:rsidRDefault="00B36A79">
            <w:pPr>
              <w:spacing w:after="20"/>
            </w:pPr>
            <w:r>
              <w:rPr>
                <w:rFonts w:ascii="Arial" w:hAnsi="Arial"/>
                <w:color w:val="8C7B5E"/>
                <w:sz w:val="14"/>
              </w:rPr>
              <w:t>Studio Sales</w:t>
            </w:r>
          </w:p>
          <w:p w14:paraId="7C3B5975" w14:textId="77777777" w:rsidR="00B36A79" w:rsidRDefault="00B36A79">
            <w:pPr>
              <w:spacing w:after="0"/>
            </w:pPr>
            <w:r>
              <w:rPr>
                <w:rFonts w:ascii="Arial" w:hAnsi="Arial"/>
                <w:color w:val="B22222"/>
                <w:sz w:val="15"/>
              </w:rPr>
              <w:t>Marco@studiosupplier.com</w:t>
            </w:r>
          </w:p>
        </w:tc>
        <w:tc>
          <w:tcPr>
            <w:tcW w:w="1514" w:type="dxa"/>
            <w:shd w:val="clear" w:color="auto" w:fill="EDE9E0"/>
            <w:tcMar>
              <w:top w:w="100" w:type="dxa"/>
              <w:left w:w="80" w:type="dxa"/>
              <w:bottom w:w="100" w:type="dxa"/>
              <w:right w:w="0" w:type="dxa"/>
            </w:tcMar>
            <w:vAlign w:val="center"/>
          </w:tcPr>
          <w:p w14:paraId="0BE3CDD3" w14:textId="7243E194" w:rsidR="00B36A79" w:rsidRDefault="00B36A79">
            <w:pPr>
              <w:spacing w:after="20"/>
              <w:jc w:val="right"/>
            </w:pPr>
            <w:r>
              <w:rPr>
                <w:rFonts w:ascii="Arial" w:hAnsi="Arial"/>
                <w:color w:val="8C7B5E"/>
                <w:sz w:val="13"/>
              </w:rPr>
              <w:t xml:space="preserve">HOURS  </w:t>
            </w:r>
          </w:p>
          <w:p w14:paraId="3D5BD5EB" w14:textId="77777777" w:rsidR="00B36A79" w:rsidRDefault="00B36A79">
            <w:pPr>
              <w:spacing w:after="20"/>
              <w:jc w:val="right"/>
            </w:pPr>
            <w:r>
              <w:rPr>
                <w:rFonts w:ascii="Arial" w:hAnsi="Arial"/>
                <w:b/>
                <w:color w:val="1A1814"/>
                <w:sz w:val="17"/>
              </w:rPr>
              <w:t>Mon–Fri</w:t>
            </w:r>
          </w:p>
          <w:p w14:paraId="072A700A" w14:textId="77777777" w:rsidR="00B36A79" w:rsidRDefault="00B36A79">
            <w:pPr>
              <w:spacing w:after="0"/>
              <w:jc w:val="right"/>
            </w:pPr>
            <w:r>
              <w:rPr>
                <w:rFonts w:ascii="Arial" w:hAnsi="Arial"/>
                <w:color w:val="1A1814"/>
                <w:sz w:val="16"/>
              </w:rPr>
              <w:t>6:30am–4:30pm</w:t>
            </w:r>
          </w:p>
        </w:tc>
      </w:tr>
    </w:tbl>
    <w:p w14:paraId="12CA1872" w14:textId="77777777" w:rsidR="00305880" w:rsidRDefault="00305880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0"/>
        <w:gridCol w:w="5400"/>
      </w:tblGrid>
      <w:tr w:rsidR="00305880" w14:paraId="3288B6BC" w14:textId="77777777">
        <w:tc>
          <w:tcPr>
            <w:tcW w:w="5400" w:type="dxa"/>
            <w:shd w:val="clear" w:color="auto" w:fill="1A1814"/>
            <w:tcMar>
              <w:top w:w="110" w:type="dxa"/>
              <w:left w:w="0" w:type="dxa"/>
              <w:bottom w:w="110" w:type="dxa"/>
              <w:right w:w="120" w:type="dxa"/>
            </w:tcMar>
            <w:vAlign w:val="center"/>
          </w:tcPr>
          <w:p w14:paraId="6E1890C6" w14:textId="77777777" w:rsidR="00305880" w:rsidRDefault="0004417D">
            <w:pPr>
              <w:spacing w:after="30"/>
            </w:pPr>
            <w:r>
              <w:rPr>
                <w:rFonts w:ascii="Arial" w:hAnsi="Arial"/>
                <w:color w:val="E8E0D0"/>
                <w:sz w:val="18"/>
              </w:rPr>
              <w:t>6322 W. Slauson Ave.  ·  Culver City, CA 90230</w:t>
            </w:r>
          </w:p>
          <w:p w14:paraId="3F76F816" w14:textId="77777777" w:rsidR="00305880" w:rsidRDefault="0004417D">
            <w:pPr>
              <w:spacing w:after="30"/>
            </w:pPr>
            <w:r>
              <w:rPr>
                <w:rFonts w:ascii="Arial" w:hAnsi="Arial"/>
                <w:color w:val="8C7B5E"/>
                <w:sz w:val="17"/>
              </w:rPr>
              <w:t>(310) 839-5215  ·  Fax (310) 572-1015</w:t>
            </w:r>
          </w:p>
          <w:p w14:paraId="52183D15" w14:textId="77777777" w:rsidR="00305880" w:rsidRDefault="0004417D">
            <w:pPr>
              <w:spacing w:after="0"/>
            </w:pPr>
            <w:r>
              <w:rPr>
                <w:rFonts w:ascii="Arial" w:hAnsi="Arial"/>
                <w:color w:val="8C7B5E"/>
                <w:sz w:val="17"/>
              </w:rPr>
              <w:t>studiosupplier.com  ·  Info@studiosupplier.com</w:t>
            </w:r>
          </w:p>
        </w:tc>
        <w:tc>
          <w:tcPr>
            <w:tcW w:w="5400" w:type="dxa"/>
            <w:shd w:val="clear" w:color="auto" w:fill="1A1814"/>
            <w:tcMar>
              <w:top w:w="110" w:type="dxa"/>
              <w:left w:w="120" w:type="dxa"/>
              <w:bottom w:w="110" w:type="dxa"/>
              <w:right w:w="0" w:type="dxa"/>
            </w:tcMar>
            <w:vAlign w:val="center"/>
          </w:tcPr>
          <w:p w14:paraId="06EC2759" w14:textId="77777777" w:rsidR="00305880" w:rsidRDefault="0004417D">
            <w:pPr>
              <w:spacing w:after="40"/>
              <w:jc w:val="right"/>
            </w:pPr>
            <w:r>
              <w:rPr>
                <w:rFonts w:ascii="Georgia" w:hAnsi="Georgia"/>
                <w:i/>
                <w:color w:val="E8E0D0"/>
              </w:rPr>
              <w:t>Your DIY project deserves a professional finish.</w:t>
            </w:r>
          </w:p>
          <w:p w14:paraId="2CAE3735" w14:textId="77777777" w:rsidR="00305880" w:rsidRDefault="0004417D">
            <w:pPr>
              <w:spacing w:after="0"/>
              <w:jc w:val="right"/>
            </w:pPr>
            <w:r>
              <w:rPr>
                <w:rFonts w:ascii="Arial" w:hAnsi="Arial"/>
                <w:color w:val="C4A96A"/>
                <w:sz w:val="16"/>
              </w:rPr>
              <w:t>5-Year Warranty  ·  lioher.com  ·  Open a Trade Account</w:t>
            </w:r>
          </w:p>
        </w:tc>
      </w:tr>
    </w:tbl>
    <w:p w14:paraId="41D712E7" w14:textId="77777777" w:rsidR="0004417D" w:rsidRDefault="0004417D" w:rsidP="00DE5CE9"/>
    <w:sectPr w:rsidR="00000000" w:rsidSect="00A21152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1956290">
    <w:abstractNumId w:val="8"/>
  </w:num>
  <w:num w:numId="2" w16cid:durableId="1379469993">
    <w:abstractNumId w:val="6"/>
  </w:num>
  <w:num w:numId="3" w16cid:durableId="1869751980">
    <w:abstractNumId w:val="5"/>
  </w:num>
  <w:num w:numId="4" w16cid:durableId="1616249084">
    <w:abstractNumId w:val="4"/>
  </w:num>
  <w:num w:numId="5" w16cid:durableId="1548368439">
    <w:abstractNumId w:val="7"/>
  </w:num>
  <w:num w:numId="6" w16cid:durableId="775634956">
    <w:abstractNumId w:val="3"/>
  </w:num>
  <w:num w:numId="7" w16cid:durableId="1120301246">
    <w:abstractNumId w:val="2"/>
  </w:num>
  <w:num w:numId="8" w16cid:durableId="572129888">
    <w:abstractNumId w:val="1"/>
  </w:num>
  <w:num w:numId="9" w16cid:durableId="1547258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71D8"/>
    <w:rsid w:val="00034616"/>
    <w:rsid w:val="0004417D"/>
    <w:rsid w:val="0006063C"/>
    <w:rsid w:val="000D532A"/>
    <w:rsid w:val="0013372B"/>
    <w:rsid w:val="0015074B"/>
    <w:rsid w:val="001533D0"/>
    <w:rsid w:val="00236F62"/>
    <w:rsid w:val="0029639D"/>
    <w:rsid w:val="00305880"/>
    <w:rsid w:val="003131B9"/>
    <w:rsid w:val="00326F90"/>
    <w:rsid w:val="00335733"/>
    <w:rsid w:val="004C1A27"/>
    <w:rsid w:val="004C6BF5"/>
    <w:rsid w:val="00524B07"/>
    <w:rsid w:val="00661E3E"/>
    <w:rsid w:val="00670C0D"/>
    <w:rsid w:val="008B5B4E"/>
    <w:rsid w:val="00A21152"/>
    <w:rsid w:val="00A455D3"/>
    <w:rsid w:val="00AA1D8D"/>
    <w:rsid w:val="00B36A79"/>
    <w:rsid w:val="00B47730"/>
    <w:rsid w:val="00B67947"/>
    <w:rsid w:val="00C52014"/>
    <w:rsid w:val="00CB0664"/>
    <w:rsid w:val="00CE411F"/>
    <w:rsid w:val="00D55F20"/>
    <w:rsid w:val="00DE5CE9"/>
    <w:rsid w:val="00E05C99"/>
    <w:rsid w:val="00EA5A48"/>
    <w:rsid w:val="00F960F3"/>
    <w:rsid w:val="00FC693F"/>
    <w:rsid w:val="00FD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C7323F"/>
  <w14:defaultImageDpi w14:val="300"/>
  <w15:docId w15:val="{5D260F3A-6F90-4047-BC00-738FA662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/>
      <w:color w:val="3D3A33"/>
      <w:sz w:val="18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jasen@studiosupplier.com</cp:lastModifiedBy>
  <cp:revision>2</cp:revision>
  <cp:lastPrinted>2026-04-03T19:30:00Z</cp:lastPrinted>
  <dcterms:created xsi:type="dcterms:W3CDTF">2026-04-03T19:34:00Z</dcterms:created>
  <dcterms:modified xsi:type="dcterms:W3CDTF">2026-04-03T19:34:00Z</dcterms:modified>
  <cp:category/>
</cp:coreProperties>
</file>